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ולתרגל כללי דקדוק (בניינים, גופים, זמנים) דרך תרגול הטיית 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מבנה תחבירי של משפט בעברית ולזהות סדר מילים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בהצפנה ובפענוח של 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ולהעריך סיכויים במשחקי מזל ולזהות עקרון של קושי עולה במבחני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דקדוק: בניינים, גופים וזמני הפועל – זיהוי שורש, גוף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דקדוק: בניינים, גופים וזמני הפועל – בניית הטיות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דקדוק: בניינים, גופים וזמני הפועל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לגוף ראשון יחיד (אני), ת לגוף שני ולגוף שלישי יחידה (את/אתה/היא), י לגוף שלישי (הוא/הם), נ לגוף ראשון רבים (אנחנו)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תחביר: סדר מילים ומבנה המשפט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הנושא הוא מי שמבצע את הפעולה או עליו נאמר דבר 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הנשוא, לרוב פועל, מספר מה הנושא עושה או במה הוא נמצא.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מושא ישיר מופיע בלי מילת יחס; מושא עקיף הוא זה שמופיע עם מילת יחס.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תחביר: סדר מילים ומבנה המשפט – זיהוי מבנה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מושא (ישיר)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תחביר: סדר מילים ומבנה המשפט – הרכבה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 לומדים עברית בכיתה.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צפנים ושיטות הצפנה (את״בש ומפתחות סימנים) – הבנת עקרון ההצפנה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המפתח קבוע מראש, ולכן אפשר לפענח את כל ההודעה לפי אותו מפתח.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אתבש מחליף כל אות באות הנגדית לה: הראשונה באחרונה, השנייה בלפני אחרונה וכן הלאה.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צפנים ושיטות הצפנה (את״בש ומפתחות סימנים) – פענוח אותיות באתבש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צפנים ושיטות הצפנה (את״בש ומפתחות סימנים) – פענוח, הצפנה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הסתברות וסיכויים במשחקי לוח ומזל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הסתברות וסיכויים במשחקי לוח ומזל – חישובים ביישום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הסתברות וסיכויים במשחקי לוח ומזל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הן מבטיחות שגם אם המשתתף טועה בהמשך, הוא לא מפסיד הכול אלא שומר על ניקוד מינימלי, וכך הוא יכול להעז ולהמשיך למרות הסיכון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כשיש פחות שמות בגלגל, הסיכוי של כל שם שנשאר לעלות גדל, כי אותה הסתברות כוללת (100%) מתחלקת כעת בין פחות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מבנה מילים: תשבצים ותפזורות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-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מספר האותיות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מבנה מילים: תשבצים ותפזורות – התאמה בין הגדרות ועקרונות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(סופגנייה)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מבנה מילים: תשבצים ותפזורות – יישום וניתוח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בשתיהן צריך רשימת מילים מתאימה לנושא; בתפזורת מספיקה מילה בודדת, ואילו בתשבץ צריך גם הגדרה מדויקת וקצרה לכל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זיהוי שורש, התאמת גוף (אני/אתה/הוא וכו׳) והתאמת זמן (עבר/הווה/עתיד) לפני כתיבת ההטיה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החלפת כל אות באות הנגדית לה (א↔ת, ב↔ש וכו׳) לפי סדר האלף-בית ההפוך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מציינת שיש לדרג שאלות מהקלה לקשה, לתת רשתות ביטחון בשלבים מתקדמים, ולחשוב על כך שקושי עולה בהדרגה שומר על עניין ומונע תסכול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שיעור אחד לדקדוק ותחביר, שיעור אחד לצפנים, שיעור אחד להסתברות ומשחקי מזל, ושיעור סיום למבני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השורשים או המשפטים לתרגול ולהתמקד בעקרון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אתגר: לבנות בעצמם חידה מוצפנת או הגדרת תשבץ קצרה לחבר/ה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של תוצרי הפענוח והתחביר כדי לחזק גם שטף קריאה, בדומה לעיקרון של תרגול קריאה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הסבר קצר ולאחריו תרגילים הבנויים על אותו עקרון שמופיע באחד ממחוללי המשחקים באתר. פתרו לפי הסדר, ואם תקועים – חזרו להסבר שבתחילת הפרק. בסיום כל פרק יש שאלת חשיבה שמבקשת להסביר במילים שלכם את העיקרון שתורגל.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  ·  מושא (ישיר)  ·  25  ·  נושא  ·  יסגור  ·  ש  ·  60  ·  כתבתי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דקדוק: בניינים, גופים וזמני הפועל – זיהוי שורש,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"מדברים"?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ד-ב-ר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מ-ד-ב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ד-ב-ם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זמן נמצא הפועל "ילמדו"?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הפועל "כתבתן" נמצא בגוף: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דקדוק: בניינים, גופים וזמני הפועל – בניית הטיות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שורש ס-ג-ר, גוף הוא, זמן עתיד: הוא __________ את הדלת.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שורש כ-ת-ב, גוף אני, זמן עבר: אני __________ מכתב אתמול.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דקדוק: בניינים, גופים וזמני הפועל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קובעים איזו תחילית (א, ת, י או נ) מקבל פועל בזמן עתיד, לפי הגוף.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תחביר: סדר מילים ומבנה המשפט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הנושא במשפט הוא בדרך כלל האדם, החפץ או הדבר שעליו מספר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הנשוא הוא המילה המתארת פעולה או מצב של הנושא.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מושא ישיר חייב להופיע עם מילת יחס כמו 'על' או 'אל'.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תחביר: סדר מילים ומבנה המשפט – זיהוי מבנה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'הילד אכל תפוח', המילה 'תפוח' היא ה__________ של הפועל 'אכל'.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'דנה קוראת ספר מעניין', המילה 'דנה' היא ה__________ של המשפט.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תחביר: סדר מילים ומבנה המשפט – הרכבה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סדרו מחדש את המילים הבאות למשפט תקין: 'עברית / לומדים / אנחנו / בכיתה'.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צפנים ושיטות הצפנה (את״בש ומפתחות סימנים) – הבנת עקרון ההצפנה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בצופן עם מפתח קבוע (כמו בדף 'כתב סתרים'), כל אות מוצפנת תמיד לאותו סימן לאורך כל ההודעה.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באתבש, האות הראשונה באלפבית (א) מוחלפת באות האחרונה (ת).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צפנים ושיטות הצפנה (את״בש ומפתחות סימנים) – פענוח אותיות באתבש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באתבש, האות א מוחלפת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באתבש, האות ב מוחלפת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צפנים ושיטות הצפנה (את״בש ומפתחות סימנים) – פענוח, הצפנה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פענחו באמצעות אתבש את המילה המוצפנת: בכפי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הצפינו באתבש את המילה: 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הסתברות וסיכויים במשחקי לוח ומזל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בכרטיס בינגו בגודל 3×3 יש 9 משבצות. כמה מילים לפחות צריך להקליד ברשימה כדי שהמחולל יצליח ליצור כרטיס תקין?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בגלגל המזל אפשר להזין עד כמה פריטים לסיבוב?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הסתברות וסיכויים במשחקי לוח ומזל – חישובים ביישום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בכרטיס בינגו בגודל 5×5 יש בסך הכול __________ 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ברשימה לגלגל המזל יש 60 פריטים, הסיכוי שפריט מסוים ייבחר בסיבוב בודד הוא 1 מתוך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הסתברות וסיכויים במשחקי לוח ומזל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של נקודות הביטחון בשלבים 5 ו-10 מבחינת ניהול הסיכון של המשתתף?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בגלגל המזל מוציאים מהגלגל שם של מי שכבר נבחר. הסבירו איך זה משנה את ההסתברות שהשמות הנותרים ייבחרו בסיבוב הבא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מבנה מילים: תשבצים ותפזורות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המבנה הנכון של כל שורה ברשימת המילים ליצירת תשבץ?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- הגדרה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הגדרה -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להציג ליד ההגדרה בתשבץ כדי לעזור לפותרים?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האותיות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ניקוד מלא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תרגום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מילים אפשר להקליד לכל היותר ברשימה לתפזורת?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מבנה מילים: תשבצים ותפזורות – התאמה בין הגדרות ועקרונות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בה שמונה קנים ועוד אחד לשמש (7)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דולק ונותן אור (2)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מתוקה ועגולה, עם ריבה בפנים (8)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מבנה מילים: תשבצים ותפזורות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השורש כ-ת-ב, גוף "הם", זמן עבר – מה הצורה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באת"בש, איזו אות מוצפנת מהאות 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בכרטיס בינגו בגודל 3×3, כמה משבצות יש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משותף בין הכנת רשימת מילים לתפזורת לבין הכנת רשימת מילים-הגדרות לתשבץ? מה ההבדל העיקרי ביניהן?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במילים שלכם איך קובעים גוף וזמן של פועל לפני שמטים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שלב-שלב איך מפענחים הודעה שהוצפנה בשיטת את״בש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